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2A597" w14:textId="77777777" w:rsidR="003C01B5" w:rsidRDefault="00000000">
      <w:pPr>
        <w:jc w:val="center"/>
      </w:pPr>
      <w:r>
        <w:rPr>
          <w:b/>
          <w:sz w:val="32"/>
        </w:rPr>
        <w:t>MODULO DI SEGNALAZIONE PERSONALE</w:t>
      </w:r>
    </w:p>
    <w:p w14:paraId="21678B9E" w14:textId="77777777" w:rsidR="003C01B5" w:rsidRDefault="00000000">
      <w:pPr>
        <w:jc w:val="center"/>
      </w:pPr>
      <w:r>
        <w:rPr>
          <w:b/>
          <w:sz w:val="24"/>
        </w:rPr>
        <w:t>Molestia, abuso, violenza, discriminazione o comportamento inappropriato</w:t>
      </w:r>
    </w:p>
    <w:p w14:paraId="1C63E652" w14:textId="60928E34" w:rsidR="003C01B5" w:rsidRDefault="00000000">
      <w:r>
        <w:t>ASD</w:t>
      </w:r>
      <w:r w:rsidR="0002565E">
        <w:t xml:space="preserve"> Francesco Francia </w:t>
      </w:r>
    </w:p>
    <w:p w14:paraId="3F879AED" w14:textId="44A09649" w:rsidR="003C01B5" w:rsidRDefault="00000000">
      <w:r>
        <w:t>Responsabile Safeguarding:</w:t>
      </w:r>
      <w:r w:rsidR="0002565E">
        <w:t xml:space="preserve"> Signorini Giulia – safeguardingff@outlook.it</w:t>
      </w:r>
    </w:p>
    <w:p w14:paraId="504F4658" w14:textId="77777777" w:rsidR="003C01B5" w:rsidRDefault="00000000">
      <w:proofErr w:type="gramStart"/>
      <w:r>
        <w:t>Data: _</w:t>
      </w:r>
      <w:proofErr w:type="gramEnd"/>
      <w:r>
        <w:t>___ / ____ / ______</w:t>
      </w:r>
    </w:p>
    <w:p w14:paraId="0C4A8C6B" w14:textId="77777777" w:rsidR="003C01B5" w:rsidRDefault="00000000">
      <w:r>
        <w:t>Questo modulo serve a consentirti di raccontare ciò che è successo. Non è necessario utilizzare termini tecnici o qualificare giuridicamente quanto è accaduto. Scrivi ciò che ritieni importante e, se non ricordi qualcosa o non vuoi descriverlo, puoi lasciarlo in bianco. Se preferisci parlare direttamente con il Responsabile Safeguarding invece di compilare questo modulo, puoi farlo.</w:t>
      </w:r>
    </w:p>
    <w:p w14:paraId="22F98E4F" w14:textId="77777777" w:rsidR="003C01B5" w:rsidRDefault="00000000">
      <w:r>
        <w:rPr>
          <w:b/>
          <w:sz w:val="24"/>
        </w:rPr>
        <w:t>1. CHI SEI</w:t>
      </w:r>
    </w:p>
    <w:p w14:paraId="5AD53155" w14:textId="77777777" w:rsidR="003C01B5" w:rsidRDefault="00000000">
      <w:r>
        <w:t>Nome e cognome: _______________________________________________</w:t>
      </w:r>
    </w:p>
    <w:p w14:paraId="3FD27267" w14:textId="77777777" w:rsidR="003C01B5" w:rsidRDefault="00000000">
      <w:r>
        <w:t>Data di nascita: ____ / ____ / ______</w:t>
      </w:r>
    </w:p>
    <w:p w14:paraId="077BC22C" w14:textId="77777777" w:rsidR="003C01B5" w:rsidRDefault="00000000">
      <w:r>
        <w:t>Squadra/gruppo/attività: _______________________________________</w:t>
      </w:r>
    </w:p>
    <w:p w14:paraId="31D4C2EA" w14:textId="77777777" w:rsidR="003C01B5" w:rsidRDefault="00000000">
      <w:r>
        <w:t>Recapito attraverso il quale desideri essere contattato/a: ______________________________</w:t>
      </w:r>
    </w:p>
    <w:p w14:paraId="4A4655F0" w14:textId="78D52CC3" w:rsidR="003C01B5" w:rsidRDefault="00000000">
      <w:r>
        <w:t xml:space="preserve">Preferisci essere contattato/a: ☐ telefonicamente   ☐ via e-mail   ☐ attraverso un genitore/tutore   </w:t>
      </w:r>
    </w:p>
    <w:p w14:paraId="075BA43E" w14:textId="77777777" w:rsidR="003C01B5" w:rsidRDefault="00000000">
      <w:r>
        <w:t>☐ Preferisco essere contattato/a prima di qualsiasi comunicazione ad altre persone.</w:t>
      </w:r>
    </w:p>
    <w:p w14:paraId="2F96AB85" w14:textId="4035AF0C" w:rsidR="003C01B5" w:rsidRDefault="0002565E">
      <w:r>
        <w:rPr>
          <w:b/>
          <w:sz w:val="24"/>
        </w:rPr>
        <w:t>2</w:t>
      </w:r>
      <w:r w:rsidR="00000000">
        <w:rPr>
          <w:b/>
          <w:sz w:val="24"/>
        </w:rPr>
        <w:t>. QUANDO È SUCCESSO?</w:t>
      </w:r>
    </w:p>
    <w:p w14:paraId="423EE9B4" w14:textId="77777777" w:rsidR="003C01B5" w:rsidRDefault="00000000">
      <w:r>
        <w:t>Data: ____ / ____ / ______</w:t>
      </w:r>
    </w:p>
    <w:p w14:paraId="029876CF" w14:textId="77777777" w:rsidR="003C01B5" w:rsidRDefault="00000000">
      <w:r>
        <w:t>Ora o momento della giornata: _____________________________</w:t>
      </w:r>
    </w:p>
    <w:p w14:paraId="2E12A390" w14:textId="77777777" w:rsidR="003C01B5" w:rsidRDefault="00000000">
      <w:r>
        <w:t>☐ una sola volta   ☐ più volte   ☐ non ricordo</w:t>
      </w:r>
    </w:p>
    <w:p w14:paraId="1C19A648" w14:textId="77777777" w:rsidR="003C01B5" w:rsidRDefault="00000000">
      <w:proofErr w:type="spellStart"/>
      <w:r>
        <w:t>Periodo</w:t>
      </w:r>
      <w:proofErr w:type="spellEnd"/>
      <w:r>
        <w:t xml:space="preserve"> </w:t>
      </w:r>
      <w:proofErr w:type="spellStart"/>
      <w:r>
        <w:t>approssimativo</w:t>
      </w:r>
      <w:proofErr w:type="spellEnd"/>
      <w:r>
        <w:t>: ________________________________________________</w:t>
      </w:r>
    </w:p>
    <w:p w14:paraId="0EB4E8F7" w14:textId="77777777" w:rsidR="0002565E" w:rsidRDefault="0002565E"/>
    <w:p w14:paraId="1F0CCFE8" w14:textId="361FB0D5" w:rsidR="003C01B5" w:rsidRDefault="0002565E">
      <w:r>
        <w:rPr>
          <w:b/>
          <w:sz w:val="24"/>
        </w:rPr>
        <w:t>3</w:t>
      </w:r>
      <w:r w:rsidR="00000000">
        <w:rPr>
          <w:b/>
          <w:sz w:val="24"/>
        </w:rPr>
        <w:t>. DOVE È SUCCESSO?</w:t>
      </w:r>
    </w:p>
    <w:p w14:paraId="4990B027" w14:textId="77777777" w:rsidR="003C01B5" w:rsidRDefault="00000000">
      <w:r>
        <w:t>☐ impianto sportivo   ☐ palestra/campo   ☐ spogliatoio   ☐ doccia   ☐ trasferta/raduno</w:t>
      </w:r>
    </w:p>
    <w:p w14:paraId="4EC29CD6" w14:textId="77777777" w:rsidR="003C01B5" w:rsidRDefault="00000000">
      <w:r>
        <w:t>☐ albergo   ☐ trasporto/viaggio   ☐ online/chat/social   ☐ altro: __________________</w:t>
      </w:r>
    </w:p>
    <w:p w14:paraId="1B07A153" w14:textId="77777777" w:rsidR="003C01B5" w:rsidRDefault="00000000">
      <w:r>
        <w:t>Luogo, se vuoi specificarlo: ________________________________________________</w:t>
      </w:r>
    </w:p>
    <w:p w14:paraId="0EC4AFFE" w14:textId="4EB728B3" w:rsidR="003C01B5" w:rsidRDefault="0002565E">
      <w:r>
        <w:rPr>
          <w:b/>
          <w:sz w:val="24"/>
        </w:rPr>
        <w:t>4</w:t>
      </w:r>
      <w:r w:rsidR="00000000">
        <w:rPr>
          <w:b/>
          <w:sz w:val="24"/>
        </w:rPr>
        <w:t xml:space="preserve">. CHI </w:t>
      </w:r>
      <w:r>
        <w:rPr>
          <w:b/>
          <w:sz w:val="24"/>
        </w:rPr>
        <w:t>È</w:t>
      </w:r>
      <w:r w:rsidR="00000000">
        <w:rPr>
          <w:b/>
          <w:sz w:val="24"/>
        </w:rPr>
        <w:t xml:space="preserve"> COINVOLTO?</w:t>
      </w:r>
    </w:p>
    <w:p w14:paraId="2AA057A6" w14:textId="77777777" w:rsidR="003C01B5" w:rsidRDefault="00000000">
      <w:r>
        <w:t>Nome e cognome: _______________________________________________</w:t>
      </w:r>
    </w:p>
    <w:p w14:paraId="644F53DE" w14:textId="77777777" w:rsidR="003C01B5" w:rsidRDefault="00000000">
      <w:r>
        <w:lastRenderedPageBreak/>
        <w:t>Ruolo (allenatore, atleta, dirigente, altro): ________________________________</w:t>
      </w:r>
    </w:p>
    <w:p w14:paraId="52516050" w14:textId="77777777" w:rsidR="003C01B5" w:rsidRDefault="00000000">
      <w:r>
        <w:t>Se erano coinvolte altre persone: __________________________________________</w:t>
      </w:r>
    </w:p>
    <w:p w14:paraId="16E8AFC9" w14:textId="17D62F52" w:rsidR="003C01B5" w:rsidRDefault="0002565E">
      <w:r>
        <w:rPr>
          <w:b/>
          <w:sz w:val="24"/>
        </w:rPr>
        <w:t>5</w:t>
      </w:r>
      <w:r w:rsidR="00000000">
        <w:rPr>
          <w:b/>
          <w:sz w:val="24"/>
        </w:rPr>
        <w:t>. COSA È SUCCESSO?</w:t>
      </w:r>
    </w:p>
    <w:p w14:paraId="77AC79DF" w14:textId="77777777" w:rsidR="003C01B5" w:rsidRDefault="00000000">
      <w:r>
        <w:t>Puoi utilizzare le tue parole. Se vuoi, puoi indicare cosa ha fatto o detto la persona, cosa hai fatto o detto tu, se qualcuno era presente, se è successo altre volte e qualsiasi altra cosa che ritieni importante.</w:t>
      </w:r>
    </w:p>
    <w:p w14:paraId="2ECC67A2" w14:textId="77777777" w:rsidR="003C01B5" w:rsidRDefault="00000000">
      <w:r>
        <w:t>Descrizione:</w:t>
      </w:r>
      <w:r>
        <w:br/>
      </w:r>
      <w:r>
        <w:br/>
        <w:t>____________________________________________________________________________</w:t>
      </w:r>
      <w:r>
        <w:br/>
        <w:t>____________________________________________________________________________</w:t>
      </w:r>
      <w:r>
        <w:br/>
        <w:t>____________________________________________________________________________</w:t>
      </w:r>
      <w:r>
        <w:br/>
        <w:t>____________________________________________________________________________</w:t>
      </w:r>
      <w:r>
        <w:br/>
        <w:t>____________________________________________________________________________</w:t>
      </w:r>
    </w:p>
    <w:p w14:paraId="72B082FF" w14:textId="10D35B2C" w:rsidR="003C01B5" w:rsidRDefault="0002565E">
      <w:r>
        <w:rPr>
          <w:b/>
          <w:sz w:val="24"/>
        </w:rPr>
        <w:t>6</w:t>
      </w:r>
      <w:r w:rsidR="00000000">
        <w:rPr>
          <w:b/>
          <w:sz w:val="24"/>
        </w:rPr>
        <w:t>. COME TI SEI SENTITO/A O COME TI SENTI ORA?</w:t>
      </w:r>
    </w:p>
    <w:p w14:paraId="789E65F9" w14:textId="77777777" w:rsidR="003C01B5" w:rsidRDefault="00000000">
      <w:r>
        <w:t>Puoi indicare liberamente come ti sei sentito/a.</w:t>
      </w:r>
    </w:p>
    <w:p w14:paraId="6FBAECAD" w14:textId="77777777" w:rsidR="003C01B5" w:rsidRDefault="00000000">
      <w:r>
        <w:br/>
        <w:t>____________________________________________________________________________</w:t>
      </w:r>
      <w:r>
        <w:br/>
        <w:t>____________________________________________________________________________</w:t>
      </w:r>
      <w:r>
        <w:br/>
        <w:t>____________________________________________________________________________</w:t>
      </w:r>
    </w:p>
    <w:p w14:paraId="7116A65A" w14:textId="77777777" w:rsidR="003C01B5" w:rsidRDefault="00000000">
      <w:r>
        <w:t>In questo momento ti senti al sicuro?   ☐ sì   ☐ no   ☐ non so</w:t>
      </w:r>
    </w:p>
    <w:p w14:paraId="0CF8AE21" w14:textId="77777777" w:rsidR="003C01B5" w:rsidRDefault="00000000">
      <w:r>
        <w:t>Se hai risposto “no” o “non so”, puoi spiegare perché:</w:t>
      </w:r>
      <w:r>
        <w:br/>
        <w:t>____________________________________________________________________________</w:t>
      </w:r>
      <w:r>
        <w:br/>
        <w:t>____________________________________________________________________________</w:t>
      </w:r>
    </w:p>
    <w:p w14:paraId="42DDC0FB" w14:textId="75135F23" w:rsidR="003C01B5" w:rsidRDefault="0002565E">
      <w:r>
        <w:rPr>
          <w:b/>
          <w:sz w:val="24"/>
        </w:rPr>
        <w:t>7</w:t>
      </w:r>
      <w:r w:rsidR="00000000">
        <w:rPr>
          <w:b/>
          <w:sz w:val="24"/>
        </w:rPr>
        <w:t>. CI SONO PERSONE CHE POTREBBERO SAPERE COSA È SUCCESSO?</w:t>
      </w:r>
    </w:p>
    <w:p w14:paraId="50412F3B" w14:textId="77777777" w:rsidR="003C01B5" w:rsidRDefault="00000000">
      <w:r>
        <w:t>Nome/cognome o ruolo: _________________________________________________</w:t>
      </w:r>
    </w:p>
    <w:p w14:paraId="6FBDC04D" w14:textId="77777777" w:rsidR="003C01B5" w:rsidRDefault="00000000">
      <w:r>
        <w:t>Cosa potrebbero sapere: _________________________________________________</w:t>
      </w:r>
    </w:p>
    <w:p w14:paraId="7625E24E" w14:textId="77777777" w:rsidR="0002565E" w:rsidRDefault="0002565E">
      <w:pPr>
        <w:rPr>
          <w:b/>
          <w:sz w:val="24"/>
        </w:rPr>
      </w:pPr>
    </w:p>
    <w:p w14:paraId="5D8729F4" w14:textId="3FA52E65" w:rsidR="003C01B5" w:rsidRDefault="0002565E">
      <w:r>
        <w:rPr>
          <w:b/>
          <w:sz w:val="24"/>
        </w:rPr>
        <w:t>8</w:t>
      </w:r>
      <w:r w:rsidR="00000000">
        <w:rPr>
          <w:b/>
          <w:sz w:val="24"/>
        </w:rPr>
        <w:t>. HAI MESSAGGI, FOTO, VIDEO O ALTRI ELEMENTI?</w:t>
      </w:r>
    </w:p>
    <w:p w14:paraId="256169B5" w14:textId="77777777" w:rsidR="003C01B5" w:rsidRDefault="00000000">
      <w:r>
        <w:t>☐ sì   ☐ no   ☐ non lo so</w:t>
      </w:r>
    </w:p>
    <w:p w14:paraId="25210618" w14:textId="77777777" w:rsidR="003C01B5" w:rsidRDefault="00000000">
      <w:r>
        <w:t>☐ messaggi   ☐ chat   ☐ e-mail   ☐ fotografie   ☐ video   ☐ registrazioni   ☐ altro: __________________</w:t>
      </w:r>
    </w:p>
    <w:p w14:paraId="7EF3892D" w14:textId="77777777" w:rsidR="003C01B5" w:rsidRDefault="00000000">
      <w:r>
        <w:t xml:space="preserve">Non è necessario allegarli a questo modulo se non </w:t>
      </w:r>
      <w:proofErr w:type="spellStart"/>
      <w:r>
        <w:t>ti</w:t>
      </w:r>
      <w:proofErr w:type="spellEnd"/>
      <w:r>
        <w:t xml:space="preserve"> </w:t>
      </w:r>
      <w:proofErr w:type="spellStart"/>
      <w:r>
        <w:t>senti</w:t>
      </w:r>
      <w:proofErr w:type="spellEnd"/>
      <w:r>
        <w:t xml:space="preserve"> di </w:t>
      </w:r>
      <w:proofErr w:type="spellStart"/>
      <w:r>
        <w:t>farlo</w:t>
      </w:r>
      <w:proofErr w:type="spellEnd"/>
      <w:r>
        <w:t>.</w:t>
      </w:r>
    </w:p>
    <w:p w14:paraId="4215328B" w14:textId="77777777" w:rsidR="0002565E" w:rsidRDefault="0002565E"/>
    <w:p w14:paraId="5FE287F8" w14:textId="79A61D6F" w:rsidR="003C01B5" w:rsidRDefault="0002565E">
      <w:r>
        <w:rPr>
          <w:b/>
          <w:sz w:val="24"/>
        </w:rPr>
        <w:lastRenderedPageBreak/>
        <w:t>9</w:t>
      </w:r>
      <w:r w:rsidR="00000000">
        <w:rPr>
          <w:b/>
          <w:sz w:val="24"/>
        </w:rPr>
        <w:t>. C'È QUALCOSA CHE VUOI CHIEDERE ALLA SOCIETÀ?</w:t>
      </w:r>
    </w:p>
    <w:p w14:paraId="1087226B" w14:textId="77777777" w:rsidR="003C01B5" w:rsidRDefault="00000000">
      <w:r>
        <w:br/>
        <w:t>____________________________________________________________________________</w:t>
      </w:r>
      <w:r>
        <w:br/>
        <w:t>____________________________________________________________________________</w:t>
      </w:r>
      <w:r>
        <w:br/>
        <w:t>____________________________________________________________________________</w:t>
      </w:r>
    </w:p>
    <w:p w14:paraId="36AA3FF1" w14:textId="24734F9E" w:rsidR="003C01B5" w:rsidRDefault="00000000">
      <w:r>
        <w:rPr>
          <w:b/>
          <w:sz w:val="24"/>
        </w:rPr>
        <w:t>1</w:t>
      </w:r>
      <w:r w:rsidR="0002565E">
        <w:rPr>
          <w:b/>
          <w:sz w:val="24"/>
        </w:rPr>
        <w:t>0</w:t>
      </w:r>
      <w:r>
        <w:rPr>
          <w:b/>
          <w:sz w:val="24"/>
        </w:rPr>
        <w:t>. COME VUOI PROCEDERE?</w:t>
      </w:r>
    </w:p>
    <w:p w14:paraId="3C63D5E5" w14:textId="77777777" w:rsidR="003C01B5" w:rsidRDefault="00000000">
      <w:r>
        <w:t>☐ desidero parlare con il Responsabile Safeguarding</w:t>
      </w:r>
    </w:p>
    <w:p w14:paraId="5D1187C2" w14:textId="77777777" w:rsidR="003C01B5" w:rsidRDefault="00000000">
      <w:r>
        <w:t>☐ desidero essere ricontattato/a prima di procedere</w:t>
      </w:r>
    </w:p>
    <w:p w14:paraId="049207F4" w14:textId="77777777" w:rsidR="003C01B5" w:rsidRDefault="00000000">
      <w:r>
        <w:t>☐ desidero che la mia segnalazione venga presa in carico secondo la procedura safeguarding della società</w:t>
      </w:r>
    </w:p>
    <w:p w14:paraId="7147D362" w14:textId="0AFE8FFD" w:rsidR="003C01B5" w:rsidRDefault="00000000">
      <w:r>
        <w:t>☐ desidero essere accompagnato/a da una persona di fiducia</w:t>
      </w:r>
      <w:r w:rsidR="0002565E">
        <w:t>: _________________</w:t>
      </w:r>
    </w:p>
    <w:p w14:paraId="6B855C32" w14:textId="77777777" w:rsidR="003C01B5" w:rsidRDefault="00000000">
      <w:r>
        <w:t>☐ altro: __________________________________________________________</w:t>
      </w:r>
    </w:p>
    <w:p w14:paraId="762EE545" w14:textId="77777777" w:rsidR="003C01B5" w:rsidRDefault="00000000">
      <w:r>
        <w:t>Nota: le preferenze espresse saranno considerate nel rispetto delle procedure applicabili e degli obblighi di tutela previsti dalla legge. In presenza di situazioni che comportino un rischio per un minore o per un'altra persona, potrebbero essere necessari interventi ulteriori.</w:t>
      </w:r>
    </w:p>
    <w:p w14:paraId="001E72B2" w14:textId="11332B03" w:rsidR="003C01B5" w:rsidRDefault="00000000">
      <w:r>
        <w:rPr>
          <w:b/>
          <w:sz w:val="24"/>
        </w:rPr>
        <w:t>1</w:t>
      </w:r>
      <w:r w:rsidR="0002565E">
        <w:rPr>
          <w:b/>
          <w:sz w:val="24"/>
        </w:rPr>
        <w:t>1</w:t>
      </w:r>
      <w:r>
        <w:rPr>
          <w:b/>
          <w:sz w:val="24"/>
        </w:rPr>
        <w:t>. FIRMA</w:t>
      </w:r>
    </w:p>
    <w:p w14:paraId="2B22B610" w14:textId="77777777" w:rsidR="003C01B5" w:rsidRDefault="00000000">
      <w:r>
        <w:t>Luogo: ___________________________</w:t>
      </w:r>
    </w:p>
    <w:p w14:paraId="6DAF3B69" w14:textId="77777777" w:rsidR="003C01B5" w:rsidRDefault="00000000">
      <w:r>
        <w:t>Data: ____ / ____ / ______</w:t>
      </w:r>
    </w:p>
    <w:p w14:paraId="76870AD3" w14:textId="77777777" w:rsidR="003C01B5" w:rsidRDefault="00000000">
      <w:r>
        <w:t>Firma: __________________________________________________________</w:t>
      </w:r>
    </w:p>
    <w:p w14:paraId="35B73F35" w14:textId="77777777" w:rsidR="003C01B5" w:rsidRDefault="00000000">
      <w:r>
        <w:t>Se il/la segnalante è minorenne:</w:t>
      </w:r>
    </w:p>
    <w:p w14:paraId="5200A626" w14:textId="77777777" w:rsidR="003C01B5" w:rsidRDefault="00000000">
      <w:r>
        <w:t>Eventuale persona che ha assistito alla compilazione: ______________________________</w:t>
      </w:r>
    </w:p>
    <w:p w14:paraId="7DF2EE18" w14:textId="77777777" w:rsidR="003C01B5" w:rsidRDefault="00000000">
      <w:proofErr w:type="spellStart"/>
      <w:r>
        <w:t>Ruolo</w:t>
      </w:r>
      <w:proofErr w:type="spellEnd"/>
      <w:r>
        <w:t>/</w:t>
      </w:r>
      <w:proofErr w:type="spellStart"/>
      <w:r>
        <w:t>relazione</w:t>
      </w:r>
      <w:proofErr w:type="spellEnd"/>
      <w:r>
        <w:t>: __________________________________________________</w:t>
      </w:r>
    </w:p>
    <w:p w14:paraId="1E5DF513" w14:textId="77777777" w:rsidR="0002565E" w:rsidRDefault="0002565E"/>
    <w:p w14:paraId="7B2F6482" w14:textId="77777777" w:rsidR="0002565E" w:rsidRDefault="0002565E" w:rsidP="0002565E">
      <w:r>
        <w:rPr>
          <w:b/>
          <w:sz w:val="24"/>
        </w:rPr>
        <w:t>INFORMAZIONE IMPORTANTE</w:t>
      </w:r>
    </w:p>
    <w:p w14:paraId="642FD725" w14:textId="77777777" w:rsidR="0002565E" w:rsidRDefault="0002565E" w:rsidP="0002565E">
      <w:r>
        <w:t xml:space="preserve">La persona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segnala</w:t>
      </w:r>
      <w:proofErr w:type="spellEnd"/>
      <w:r>
        <w:t xml:space="preserve"> non è </w:t>
      </w:r>
      <w:proofErr w:type="spellStart"/>
      <w:r>
        <w:t>tenuta</w:t>
      </w:r>
      <w:proofErr w:type="spellEnd"/>
      <w:r>
        <w:t xml:space="preserve"> a </w:t>
      </w:r>
      <w:proofErr w:type="spellStart"/>
      <w:r>
        <w:t>dimostrare</w:t>
      </w:r>
      <w:proofErr w:type="spellEnd"/>
      <w:r>
        <w:t xml:space="preserve"> </w:t>
      </w:r>
      <w:proofErr w:type="spellStart"/>
      <w:r>
        <w:t>personalmente</w:t>
      </w:r>
      <w:proofErr w:type="spellEnd"/>
      <w:r>
        <w:t xml:space="preserve"> </w:t>
      </w:r>
      <w:proofErr w:type="spellStart"/>
      <w:r>
        <w:t>quanto</w:t>
      </w:r>
      <w:proofErr w:type="spellEnd"/>
      <w:r>
        <w:t xml:space="preserve"> </w:t>
      </w:r>
      <w:proofErr w:type="spellStart"/>
      <w:r>
        <w:t>accaduto</w:t>
      </w:r>
      <w:proofErr w:type="spellEnd"/>
      <w:r>
        <w:t xml:space="preserve"> e non </w:t>
      </w:r>
      <w:proofErr w:type="spellStart"/>
      <w:r>
        <w:t>deve</w:t>
      </w:r>
      <w:proofErr w:type="spellEnd"/>
      <w:r>
        <w:t xml:space="preserve"> </w:t>
      </w:r>
      <w:proofErr w:type="spellStart"/>
      <w:r>
        <w:t>svolgere</w:t>
      </w:r>
      <w:proofErr w:type="spellEnd"/>
      <w:r>
        <w:t xml:space="preserve"> </w:t>
      </w:r>
      <w:proofErr w:type="spellStart"/>
      <w:r>
        <w:t>un'attività</w:t>
      </w:r>
      <w:proofErr w:type="spellEnd"/>
      <w:r>
        <w:t xml:space="preserve"> di </w:t>
      </w:r>
      <w:proofErr w:type="spellStart"/>
      <w:r>
        <w:t>indagine</w:t>
      </w:r>
      <w:proofErr w:type="spellEnd"/>
      <w:r>
        <w:t xml:space="preserve">. Il </w:t>
      </w:r>
      <w:proofErr w:type="spellStart"/>
      <w:r>
        <w:t>presente</w:t>
      </w:r>
      <w:proofErr w:type="spellEnd"/>
      <w:r>
        <w:t xml:space="preserve"> modulo </w:t>
      </w:r>
      <w:proofErr w:type="spellStart"/>
      <w:r>
        <w:t>costituisce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segnalazione</w:t>
      </w:r>
      <w:proofErr w:type="spellEnd"/>
      <w:r>
        <w:t xml:space="preserve"> e non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contestazione</w:t>
      </w:r>
      <w:proofErr w:type="spellEnd"/>
      <w:r>
        <w:t xml:space="preserve"> </w:t>
      </w:r>
      <w:proofErr w:type="spellStart"/>
      <w:r>
        <w:t>disciplinare</w:t>
      </w:r>
      <w:proofErr w:type="spellEnd"/>
      <w:r>
        <w:t xml:space="preserve"> né un </w:t>
      </w:r>
      <w:proofErr w:type="spellStart"/>
      <w:r>
        <w:t>accertamento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fatti</w:t>
      </w:r>
      <w:proofErr w:type="spellEnd"/>
      <w:r>
        <w:t xml:space="preserve">. La </w:t>
      </w:r>
      <w:proofErr w:type="spellStart"/>
      <w:r>
        <w:t>segnalazione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gestita</w:t>
      </w:r>
      <w:proofErr w:type="spellEnd"/>
      <w:r>
        <w:t xml:space="preserve"> secondo il </w:t>
      </w:r>
      <w:proofErr w:type="spellStart"/>
      <w:r>
        <w:t>Modello</w:t>
      </w:r>
      <w:proofErr w:type="spellEnd"/>
      <w:r>
        <w:t xml:space="preserve"> </w:t>
      </w:r>
      <w:proofErr w:type="spellStart"/>
      <w:r>
        <w:t>Organizzativo</w:t>
      </w:r>
      <w:proofErr w:type="spellEnd"/>
      <w:r>
        <w:t xml:space="preserve"> e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dell'attività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, il </w:t>
      </w:r>
      <w:proofErr w:type="spellStart"/>
      <w:r>
        <w:t>Codice</w:t>
      </w:r>
      <w:proofErr w:type="spellEnd"/>
      <w:r>
        <w:t xml:space="preserve"> di Condotta e la </w:t>
      </w:r>
      <w:proofErr w:type="spellStart"/>
      <w:r>
        <w:t>procedura</w:t>
      </w:r>
      <w:proofErr w:type="spellEnd"/>
      <w:r>
        <w:t xml:space="preserve"> safeguarding </w:t>
      </w:r>
      <w:proofErr w:type="spellStart"/>
      <w:r>
        <w:t>dell'ASD</w:t>
      </w:r>
      <w:proofErr w:type="spellEnd"/>
      <w:r>
        <w:t xml:space="preserve">/SSD, </w:t>
      </w:r>
      <w:proofErr w:type="spellStart"/>
      <w:r>
        <w:t>nel</w:t>
      </w:r>
      <w:proofErr w:type="spellEnd"/>
      <w:r>
        <w:t xml:space="preserve"> rispetto della </w:t>
      </w:r>
      <w:proofErr w:type="spellStart"/>
      <w:r>
        <w:t>riservatezza</w:t>
      </w:r>
      <w:proofErr w:type="spellEnd"/>
      <w:r>
        <w:t xml:space="preserve"> e delle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applicabili</w:t>
      </w:r>
      <w:proofErr w:type="spellEnd"/>
      <w:r>
        <w:t xml:space="preserve">.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pericolo</w:t>
      </w:r>
      <w:proofErr w:type="spellEnd"/>
      <w:r>
        <w:t xml:space="preserve"> </w:t>
      </w:r>
      <w:proofErr w:type="spellStart"/>
      <w:r>
        <w:t>immediato</w:t>
      </w:r>
      <w:proofErr w:type="spellEnd"/>
      <w:r>
        <w:t xml:space="preserve"> o di </w:t>
      </w:r>
      <w:proofErr w:type="spellStart"/>
      <w:r>
        <w:t>necessità</w:t>
      </w:r>
      <w:proofErr w:type="spellEnd"/>
      <w:r>
        <w:t xml:space="preserve"> di tutela </w:t>
      </w:r>
      <w:proofErr w:type="spellStart"/>
      <w:r>
        <w:t>urgente</w:t>
      </w:r>
      <w:proofErr w:type="spellEnd"/>
      <w:r>
        <w:t xml:space="preserve">, la </w:t>
      </w:r>
      <w:proofErr w:type="spellStart"/>
      <w:r>
        <w:t>procedura</w:t>
      </w:r>
      <w:proofErr w:type="spellEnd"/>
      <w:r>
        <w:t xml:space="preserve"> di </w:t>
      </w:r>
      <w:proofErr w:type="spellStart"/>
      <w:r>
        <w:t>emergenza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attivata</w:t>
      </w:r>
      <w:proofErr w:type="spellEnd"/>
      <w:r>
        <w:t xml:space="preserve"> senza </w:t>
      </w:r>
      <w:proofErr w:type="spellStart"/>
      <w:r>
        <w:t>attendere</w:t>
      </w:r>
      <w:proofErr w:type="spellEnd"/>
      <w:r>
        <w:t xml:space="preserve"> la </w:t>
      </w:r>
      <w:proofErr w:type="spellStart"/>
      <w:r>
        <w:t>compilazione</w:t>
      </w:r>
      <w:proofErr w:type="spellEnd"/>
      <w:r>
        <w:t xml:space="preserve"> del modulo.</w:t>
      </w:r>
    </w:p>
    <w:p w14:paraId="3E8B3646" w14:textId="77777777" w:rsidR="0002565E" w:rsidRDefault="0002565E"/>
    <w:p w14:paraId="1730F806" w14:textId="77777777" w:rsidR="0002565E" w:rsidRDefault="0002565E"/>
    <w:p w14:paraId="40AF8F61" w14:textId="77777777" w:rsidR="0002565E" w:rsidRDefault="0002565E">
      <w:pPr>
        <w:rPr>
          <w:b/>
          <w:sz w:val="24"/>
        </w:rPr>
      </w:pPr>
    </w:p>
    <w:p w14:paraId="6BA51D4E" w14:textId="7305CDA8" w:rsidR="003C01B5" w:rsidRDefault="00000000">
      <w:r>
        <w:rPr>
          <w:b/>
          <w:sz w:val="24"/>
        </w:rPr>
        <w:t>PARTE RISERVATA AL RESPONSABILE SAFEGUARDING</w:t>
      </w:r>
    </w:p>
    <w:p w14:paraId="38622CA7" w14:textId="77777777" w:rsidR="003C01B5" w:rsidRDefault="00000000">
      <w:r>
        <w:t>Data e ora di ricezione: __________________________________________</w:t>
      </w:r>
    </w:p>
    <w:p w14:paraId="2957CB20" w14:textId="77777777" w:rsidR="003C01B5" w:rsidRDefault="00000000">
      <w:r>
        <w:t>Ricevuto da: ____________________________________________________</w:t>
      </w:r>
    </w:p>
    <w:p w14:paraId="281856E7" w14:textId="77777777" w:rsidR="003C01B5" w:rsidRDefault="00000000">
      <w:r>
        <w:t>Modalità: ☐ modulo consegnato   ☐ colloquio   ☐ e-mail   ☐ altra: ________________</w:t>
      </w:r>
    </w:p>
    <w:p w14:paraId="48CAB24F" w14:textId="77777777" w:rsidR="003C01B5" w:rsidRDefault="00000000">
      <w:r>
        <w:t>Eventuali esigenze immediate di tutela rilevate:</w:t>
      </w:r>
      <w:r>
        <w:br/>
      </w:r>
      <w:r>
        <w:br/>
        <w:t>____________________________________________________________________________</w:t>
      </w:r>
      <w:r>
        <w:br/>
        <w:t>____________________________________________________________________________</w:t>
      </w:r>
    </w:p>
    <w:p w14:paraId="23276B19" w14:textId="77777777" w:rsidR="003C01B5" w:rsidRDefault="00000000">
      <w:r>
        <w:t>Azioni immediate intraprese secondo la procedura interna:</w:t>
      </w:r>
      <w:r>
        <w:br/>
      </w:r>
      <w:r>
        <w:br/>
        <w:t>____________________________________________________________________________</w:t>
      </w:r>
      <w:r>
        <w:br/>
        <w:t>____________________________________________________________________________</w:t>
      </w:r>
    </w:p>
    <w:p w14:paraId="3A447539" w14:textId="77777777" w:rsidR="003C01B5" w:rsidRDefault="00000000">
      <w:r>
        <w:t>Eventuali ulteriori soggetti coinvolti/informati:</w:t>
      </w:r>
      <w:r>
        <w:br/>
      </w:r>
      <w:r>
        <w:br/>
        <w:t>____________________________________________________________________________</w:t>
      </w:r>
    </w:p>
    <w:p w14:paraId="6F51EF0F" w14:textId="77777777" w:rsidR="003C01B5" w:rsidRDefault="00000000">
      <w:r>
        <w:t>Data del colloquio/seguito della segnalazione: ______________________________</w:t>
      </w:r>
    </w:p>
    <w:p w14:paraId="354D0D1C" w14:textId="77777777" w:rsidR="003C01B5" w:rsidRDefault="00000000">
      <w:r>
        <w:t>Note riservate:</w:t>
      </w:r>
      <w:r>
        <w:br/>
      </w:r>
      <w:r>
        <w:br/>
        <w:t>____________________________________________________________________________</w:t>
      </w:r>
      <w:r>
        <w:br/>
        <w:t>____________________________________________________________________________</w:t>
      </w:r>
    </w:p>
    <w:p w14:paraId="67FCABFC" w14:textId="77777777" w:rsidR="003C01B5" w:rsidRDefault="00000000">
      <w:r>
        <w:t>Firma Responsabile Safeguarding: __________________________________________</w:t>
      </w:r>
    </w:p>
    <w:p w14:paraId="451D4BBF" w14:textId="16ACB884" w:rsidR="003C01B5" w:rsidRDefault="003C01B5"/>
    <w:sectPr w:rsidR="003C01B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3417107">
    <w:abstractNumId w:val="8"/>
  </w:num>
  <w:num w:numId="2" w16cid:durableId="1511916320">
    <w:abstractNumId w:val="6"/>
  </w:num>
  <w:num w:numId="3" w16cid:durableId="1501654223">
    <w:abstractNumId w:val="5"/>
  </w:num>
  <w:num w:numId="4" w16cid:durableId="486436256">
    <w:abstractNumId w:val="4"/>
  </w:num>
  <w:num w:numId="5" w16cid:durableId="843205268">
    <w:abstractNumId w:val="7"/>
  </w:num>
  <w:num w:numId="6" w16cid:durableId="342827371">
    <w:abstractNumId w:val="3"/>
  </w:num>
  <w:num w:numId="7" w16cid:durableId="998922651">
    <w:abstractNumId w:val="2"/>
  </w:num>
  <w:num w:numId="8" w16cid:durableId="963728395">
    <w:abstractNumId w:val="1"/>
  </w:num>
  <w:num w:numId="9" w16cid:durableId="2116512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65E"/>
    <w:rsid w:val="00034616"/>
    <w:rsid w:val="0006063C"/>
    <w:rsid w:val="0015074B"/>
    <w:rsid w:val="0029639D"/>
    <w:rsid w:val="00326F90"/>
    <w:rsid w:val="003C01B5"/>
    <w:rsid w:val="0065669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1742B5"/>
  <w14:defaultImageDpi w14:val="300"/>
  <w15:docId w15:val="{D00955AE-0EBA-4D0B-8173-79D7AAAB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Giulia Signorini</cp:lastModifiedBy>
  <cp:revision>2</cp:revision>
  <dcterms:created xsi:type="dcterms:W3CDTF">2013-12-23T23:15:00Z</dcterms:created>
  <dcterms:modified xsi:type="dcterms:W3CDTF">2026-08-22T10:12:00Z</dcterms:modified>
  <cp:category/>
</cp:coreProperties>
</file>